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תהליך לתוצר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לתיעוד תהליך הלמידה כמו יומן תהליך וכרטיס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לפני עבודה עם 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הוא השלבים בדרך ותוצר הוא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שלב למידה או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פעם שנעזרנו במחשב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מתכננים מה יהיה בכל אחד מחמשת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להראות איך בודקים ומעריכים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הדרך והשלבים חשובים, לא רק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המטרה של כרטיס היציאה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ממלאים אחרי שהמורה מקרינה את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כלי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(תיעוד השלבים שעברנו בעבודה)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(סימון מהיר של מידת ההבנה בצבעים)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(ארגון חמשת השקפים לפני העבודה במחשב)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(רישום כל פעם שנעזרנו במחשב)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(טבלה שמראה איך מעריכים את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נושא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דף תכנון חמשת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אוספים מידע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פותחים את המחשב ובונים את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את המצגת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שלב עבודה וקושי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מבין שתהליך הוא הדרך ותוצר הוא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הבנה שהרמזור משמש לבדיקת הבנה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יודע שמתעדים שלבים ותחושות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הרמזור מראש ולחלק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למלא את יומן התהליך בכתב יד מיד אחרי כל שלב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ד-ו אפשר להוסיף גם את יומן ה-AI הקטן כחלק מהתיעוד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– מתוצר לתהליך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תהליך למידה. נכיר כלים שעוזרים לנו לכתוב מה עשינו ואיך הרגשנו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שעברנו עד שסיימנו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המוגמר שהגשנו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מה עשינו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שממלאים בסוף 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בצבעים אדום צהוב וירוק להבנה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בודקים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עמוד אחד במצגת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מראש לפני שמתחילים לעבוד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איך עשינו דבר לבין מה שיצא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הוא השלבים בדרך ותוצר הוא התוצאה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הוא רק הציור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הוא תמיד השלב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כותבים בכרטיס הצבעוני?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שמתחילים ללמוד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שלב למידה או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רושמים ביומן המיוחד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פעם שנעזרנו במחשב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חברים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תאריכי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שפותחים את המחשב?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ישר את המצגת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מתכננים מה יהיה בכל אחד מחמשת השקפים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כל הרעיונות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מיועד המחוון?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איך בודקים ומעריכים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הלמידה חשוב רק אם התוצר הסופי מושלם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רמזור אפשר לסמן בצבעים את מידת ההבנה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התבוננות בתמונה ממלאים לפני שרואים את התמונה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AI מיועד בעיקר לתלמידי כיתות ד עד 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כלי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כל פעם שנעזרנו במחשב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טבלה שמראה איך מעריכים את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תכנון מצגת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סימון מהיר של מידת ההבנה בצבעים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 AI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ארגון חמשת השקפים לפני העבודה במחשב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תיעוד השלבים שעברנו בעבודה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 השלבים שעברנו עד שסיימנו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היציאה נקרא גם כרטיס __________ בגלל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בדף תכנון המצגת מתכננים חמישה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מראה איך בודקים ומעריכים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מידע על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המצגת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נושא המצגת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דף תכנון חמשת השקפים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המחשב ובונים את המצגת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ביומן התהליך שלכם: מה עשיתם בשלב האחרון ומה היה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צבע רמזור (אדום, צהוב או ירוק) לנושא שלמדתם היום ונמקו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תהליך לתוצר?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בכרטיס רמזור?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ביומן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– מתוצר לתהליך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