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–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תהליך לתוצר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כלים לתיעוד תהליך הלמידה כמו יומן תהליך וכרטיס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לפני עבודה עם המחשב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הוא השלבים בדרך ותוצר הוא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בסוף שלב למידה או 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הדרך והשלבים חשובים, לא רק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המטרה של כרטיס היציאה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כלי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(תיעוד השלבים שעברנו בעבודה)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(סימון מהיר של מידת ההבנה בצבעים)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(רישום כל פעם שנעזרנו במחשב)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נושא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ממלאים את דף תכנון חמשת השקפים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אוספים מידע על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פותחים את המחשב ובונים את המצגת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שלב עבודה וקושי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מבין שתהליך הוא הדרך ותוצר הוא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הבנה שהרמזור משמש לבדיקת הבנה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יודע שמתעדים שלבים ותחושות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הרמזור מראש ולחלק בסוף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למלא את יומן התהליך בכתב יד מיד אחרי כל שלב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ד-ו אפשר להוסיף גם את יומן ה-AI הקטן כחלק מהתיעוד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–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איך לתעד את התהליך שעברנו בלמידה, לא רק את התוצר הסופי. נכיר כלים כמו יומן תהליך, כרטיס רמזור ותכנון מצגת.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תהליך  ·  רמזור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תהליך לתוצר בלמידה?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תהליך הוא השלבים בדרך ותוצר הוא התוצאה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שום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תהליך הוא רק הציור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ממלאים את כרטיס היציאה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שמתחילים ללמוד נושא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באמצע ההפסקה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בסוף שלב למידה או 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תהליך הלמידה חשוב רק אם התוצר הסופי מושלם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בכרטיס רמזור אפשר לסמן בצבעים את מידת ההבנה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כלי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סימון מהיר של מידת ההבנה בצבעים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רישום כל פעם שנעזרנו במחשב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יומן AI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תיעוד השלבים שעברנו בעבודה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כל השלבים שעברנו עד שסיימנו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כרטיס היציאה נקרא גם כרטיס __________ בגלל הצבעים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ממלאים את דף תכנון חמשת השקפים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פותחים את המחשב ובונים את המצגת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נושא המצגת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אוספים מידע על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שורות ביומן התהליך שלכם: מה עשיתם בשלב האחרון ומה היה קשה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תהליך לתוצר?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משתמשים בכרטיס רמזור?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– מתוצר לתהליך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